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512"/>
      </w:tblGrid>
      <w:tr w:rsidR="0026167D" w14:paraId="52E99E55" w14:textId="77777777">
        <w:trPr>
          <w:jc w:val="center"/>
        </w:trPr>
        <w:tc>
          <w:tcPr>
            <w:tcW w:w="10512" w:type="dxa"/>
            <w:shd w:val="clear" w:color="auto" w:fill="173F5F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F8A0F9E" w14:textId="77777777" w:rsidR="0026167D" w:rsidRDefault="004C4B1E">
            <w:pPr>
              <w:jc w:val="center"/>
            </w:pPr>
            <w:r>
              <w:rPr>
                <w:b/>
                <w:color w:val="FFFFFF"/>
                <w:sz w:val="36"/>
              </w:rPr>
              <w:t>ISPH WORLD GOLD AWARD</w:t>
              <w:br/>
              <w:t>APPLICATION FORM</w:t>
            </w:r>
          </w:p>
          <w:p w14:paraId="5E85ED33" w14:textId="77777777" w:rsidR="0026167D" w:rsidRDefault="004C4B1E">
            <w:pPr>
              <w:jc w:val="center"/>
            </w:pPr>
            <w:r>
              <w:rPr>
                <w:i/>
                <w:color w:val="E6F0F8"/>
              </w:rPr>
              <w:t>International Society for Precision Health | 1st Edition (2026)</w:t>
            </w:r>
          </w:p>
        </w:tc>
      </w:tr>
    </w:tbl>
    <w:p w14:paraId="38B34383" w14:textId="4B7889E4" w:rsidR="0026167D" w:rsidRPr="00892A37" w:rsidRDefault="0026167D">
      <w:pPr>
        <w:spacing w:after="80"/>
        <w:rPr>
          <w:rFonts w:eastAsia="新細明體"/>
          <w:lang w:eastAsia="zh-TW"/>
        </w:rPr>
      </w:pPr>
    </w:p>
    <w:tbl>
      <w:tblPr>
        <w:tblW w:w="0" w:type="auto"/>
        <w:jc w:val="center"/>
        <w:tblBorders>
          <w:top w:val="single" w:sz="8" w:space="0" w:color="C5D2DE"/>
          <w:left w:val="single" w:sz="8" w:space="0" w:color="C5D2DE"/>
          <w:bottom w:val="single" w:sz="8" w:space="0" w:color="C5D2DE"/>
          <w:right w:val="single" w:sz="8" w:space="0" w:color="C5D2DE"/>
          <w:insideH w:val="single" w:sz="8" w:space="0" w:color="C5D2DE"/>
          <w:insideV w:val="single" w:sz="8" w:space="0" w:color="C5D2DE"/>
        </w:tblBorders>
        <w:tblLook w:val="04A0" w:firstRow="1" w:lastRow="0" w:firstColumn="1" w:lastColumn="0" w:noHBand="0" w:noVBand="1"/>
      </w:tblPr>
      <w:tblGrid>
        <w:gridCol w:w="10492"/>
      </w:tblGrid>
      <w:tr w:rsidR="0026167D" w14:paraId="587055C9" w14:textId="77777777">
        <w:trPr>
          <w:jc w:val="center"/>
        </w:trPr>
        <w:tc>
          <w:tcPr>
            <w:tcW w:w="10512" w:type="dxa"/>
            <w:shd w:val="clear" w:color="auto" w:fill="F3F7FA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5031C34B" w14:textId="77777777" w:rsidR="0026167D" w:rsidRDefault="004C4B1E">
            <w:pPr>
              <w:spacing w:after="40"/>
            </w:pPr>
            <w:r>
              <w:rPr>
                <w:color w:val="173F5F"/>
              </w:rPr>
              <w:t>Application Notes</w:t>
            </w:r>
          </w:p>
          <w:p w14:paraId="201DF1C2" w14:textId="77777777" w:rsidR="0026167D" w:rsidRDefault="004C4B1E">
            <w:pPr>
              <w:spacing w:after="0" w:line="264" w:lineRule="auto"/>
              <w:ind w:left="200" w:hanging="160"/>
            </w:pPr>
            <w:r>
              <w:t>• One product per company per cycle.</w:t>
            </w:r>
          </w:p>
          <w:p w14:paraId="37D06D54" w14:textId="77777777" w:rsidR="0026167D" w:rsidRDefault="004C4B1E">
            <w:pPr>
              <w:spacing w:after="0" w:line="264" w:lineRule="auto"/>
              <w:ind w:left="200" w:hanging="160"/>
            </w:pPr>
            <w:r>
              <w:t>• Fee: USD 10,000 per product; ISPH Organizational Members: USD 5,000.</w:t>
            </w:r>
          </w:p>
          <w:p w14:paraId="51FEFECA" w14:textId="77777777" w:rsidR="0026167D" w:rsidRDefault="004C4B1E">
            <w:pPr>
              <w:spacing w:after="0" w:line="264" w:lineRule="auto"/>
              <w:ind w:left="200" w:hanging="160"/>
            </w:pPr>
            <w:r>
              <w:t>• Award validity: 5 years.</w:t>
            </w:r>
          </w:p>
          <w:p w14:paraId="3E816BF7" w14:textId="77777777" w:rsidR="0026167D" w:rsidRDefault="004C4B1E">
            <w:pPr>
              <w:spacing w:after="0" w:line="264" w:lineRule="auto"/>
              <w:ind w:left="200" w:hanging="160"/>
            </w:pPr>
            <w:r>
              <w:t>• Unsuccessful applications receive a 50% refund.</w:t>
            </w:r>
          </w:p>
          <w:p w14:paraId="0617C1BE" w14:textId="77777777" w:rsidR="0026167D" w:rsidRDefault="004C4B1E">
            <w:pPr>
              <w:spacing w:after="0" w:line="264" w:lineRule="auto"/>
              <w:ind w:left="200" w:hanging="160"/>
            </w:pPr>
            <w:r>
              <w:t>• No refund for withdrawal, false information, or non-cooperation.</w:t>
            </w:r>
          </w:p>
        </w:tc>
      </w:tr>
    </w:tbl>
    <w:p w14:paraId="6897EFF6" w14:textId="77777777" w:rsidR="0026167D" w:rsidRDefault="004C4B1E">
      <w:pPr>
        <w:spacing w:before="50" w:after="20"/>
      </w:pPr>
      <w:r>
        <w:rPr>
          <w:b/>
          <w:color w:val="173F5F"/>
          <w:sz w:val="23"/>
        </w:rPr>
        <w:t>1. Applicant and Product Identification</w:t>
      </w:r>
    </w:p>
    <w:tbl>
      <w:tblPr>
        <w:tblW w:w="0" w:type="auto"/>
        <w:jc w:val="center"/>
        <w:tblBorders>
          <w:top w:val="single" w:sz="8" w:space="0" w:color="B9C7D5"/>
          <w:left w:val="single" w:sz="8" w:space="0" w:color="B9C7D5"/>
          <w:bottom w:val="single" w:sz="8" w:space="0" w:color="B9C7D5"/>
          <w:right w:val="single" w:sz="8" w:space="0" w:color="B9C7D5"/>
          <w:insideH w:val="single" w:sz="8" w:space="0" w:color="B9C7D5"/>
          <w:insideV w:val="single" w:sz="8" w:space="0" w:color="B9C7D5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6576"/>
      </w:tblGrid>
      <w:tr w:rsidR="0026167D" w14:paraId="309CC8B7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7DD9872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Company / Organization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7B2E0C5A" w14:textId="59D5BF2B" w:rsidR="0026167D" w:rsidRDefault="0026167D">
            <w:pPr>
              <w:spacing w:after="0" w:line="240" w:lineRule="auto"/>
            </w:pPr>
          </w:p>
        </w:tc>
      </w:tr>
      <w:tr w:rsidR="0026167D" w14:paraId="0625E630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09CCDD3D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Primary Contact Person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13502EF3" w14:textId="7813AA7D" w:rsidR="0026167D" w:rsidRDefault="0026167D">
            <w:pPr>
              <w:spacing w:after="0" w:line="240" w:lineRule="auto"/>
            </w:pPr>
          </w:p>
        </w:tc>
      </w:tr>
      <w:tr w:rsidR="0026167D" w14:paraId="41C13853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76FC84F8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Title / Department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50860D83" w14:textId="25806BC8" w:rsidR="0026167D" w:rsidRDefault="0026167D">
            <w:pPr>
              <w:spacing w:after="0" w:line="240" w:lineRule="auto"/>
            </w:pPr>
          </w:p>
        </w:tc>
      </w:tr>
      <w:tr w:rsidR="0026167D" w14:paraId="1A137C4C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C9AAAE9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Email / Telephone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449B6F8E" w14:textId="4AB3A090" w:rsidR="0026167D" w:rsidRDefault="0026167D">
            <w:pPr>
              <w:spacing w:after="0" w:line="240" w:lineRule="auto"/>
            </w:pPr>
          </w:p>
        </w:tc>
      </w:tr>
      <w:tr w:rsidR="0026167D" w14:paraId="77A78F2B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78941DB0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Product Name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6543DDF9" w14:textId="68238409" w:rsidR="0026167D" w:rsidRDefault="0026167D">
            <w:pPr>
              <w:spacing w:after="0" w:line="240" w:lineRule="auto"/>
            </w:pPr>
          </w:p>
        </w:tc>
      </w:tr>
      <w:tr w:rsidR="0026167D" w14:paraId="61142754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722C4C2B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Product Category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8730F06" w14:textId="358D314D" w:rsidR="0026167D" w:rsidRDefault="0026167D">
            <w:pPr>
              <w:spacing w:after="0" w:line="240" w:lineRule="auto"/>
            </w:pPr>
          </w:p>
        </w:tc>
      </w:tr>
      <w:tr w:rsidR="0026167D" w14:paraId="4A0C4311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5D35ACA9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Brand Name (if applicable)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6F2DC5DB" w14:textId="04A91D42" w:rsidR="0026167D" w:rsidRDefault="0026167D">
            <w:pPr>
              <w:spacing w:after="0" w:line="240" w:lineRule="auto"/>
            </w:pPr>
          </w:p>
        </w:tc>
      </w:tr>
      <w:tr w:rsidR="0026167D" w14:paraId="0D33FBA4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5375BB37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Country of Manufacture / Market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669C173A" w14:textId="66D42EFD" w:rsidR="0026167D" w:rsidRDefault="0026167D">
            <w:pPr>
              <w:spacing w:after="0" w:line="240" w:lineRule="auto"/>
            </w:pPr>
          </w:p>
        </w:tc>
      </w:tr>
    </w:tbl>
    <w:p w14:paraId="1E4987D0" w14:textId="77777777" w:rsidR="0026167D" w:rsidRDefault="004C4B1E">
      <w:pPr>
        <w:spacing w:before="50" w:after="20"/>
      </w:pPr>
      <w:r>
        <w:rPr>
          <w:b/>
          <w:color w:val="173F5F"/>
          <w:sz w:val="23"/>
        </w:rPr>
        <w:t>2. Product Overview and Intended Use</w:t>
      </w:r>
    </w:p>
    <w:tbl>
      <w:tblPr>
        <w:tblW w:w="0" w:type="auto"/>
        <w:jc w:val="center"/>
        <w:tblBorders>
          <w:top w:val="single" w:sz="8" w:space="0" w:color="B9C7D5"/>
          <w:left w:val="single" w:sz="8" w:space="0" w:color="B9C7D5"/>
          <w:bottom w:val="single" w:sz="8" w:space="0" w:color="B9C7D5"/>
          <w:right w:val="single" w:sz="8" w:space="0" w:color="B9C7D5"/>
          <w:insideH w:val="single" w:sz="8" w:space="0" w:color="B9C7D5"/>
          <w:insideV w:val="single" w:sz="8" w:space="0" w:color="B9C7D5"/>
        </w:tblBorders>
        <w:tblLayout w:type="fixed"/>
        <w:tblLook w:val="04A0" w:firstRow="1" w:lastRow="0" w:firstColumn="1" w:lastColumn="0" w:noHBand="0" w:noVBand="1"/>
      </w:tblPr>
      <w:tblGrid>
        <w:gridCol w:w="3571"/>
        <w:gridCol w:w="6292"/>
      </w:tblGrid>
      <w:tr w:rsidR="0026167D" w14:paraId="2474B495" w14:textId="77777777">
        <w:trPr>
          <w:jc w:val="center"/>
        </w:trPr>
        <w:tc>
          <w:tcPr>
            <w:tcW w:w="3571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05EC0A1D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Brief Product Description</w:t>
            </w:r>
          </w:p>
          <w:p w14:paraId="4B4C9BF4" w14:textId="77777777" w:rsidR="0026167D" w:rsidRDefault="004C4B1E">
            <w:pPr>
              <w:spacing w:after="0" w:line="240" w:lineRule="auto"/>
            </w:pPr>
            <w:r>
              <w:rPr>
                <w:i/>
                <w:color w:val="627C92"/>
                <w:sz w:val="17"/>
              </w:rPr>
              <w:t>Max 200 words. Clearly describe the product’s core functionalities and value proposition.</w:t>
            </w:r>
          </w:p>
        </w:tc>
        <w:tc>
          <w:tcPr>
            <w:tcW w:w="6292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5507B9EE" w14:textId="46AD290B" w:rsidR="0026167D" w:rsidRDefault="0026167D">
            <w:pPr>
              <w:spacing w:after="0" w:line="240" w:lineRule="auto"/>
            </w:pPr>
          </w:p>
        </w:tc>
      </w:tr>
      <w:tr w:rsidR="0026167D" w14:paraId="43E84554" w14:textId="77777777">
        <w:trPr>
          <w:jc w:val="center"/>
        </w:trPr>
        <w:tc>
          <w:tcPr>
            <w:tcW w:w="3571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C4078CB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Target Users / Intended Population</w:t>
            </w:r>
          </w:p>
        </w:tc>
        <w:tc>
          <w:tcPr>
            <w:tcW w:w="6292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4066D438" w14:textId="7C0C559F" w:rsidR="0026167D" w:rsidRDefault="0026167D">
            <w:pPr>
              <w:spacing w:after="0" w:line="240" w:lineRule="auto"/>
            </w:pPr>
          </w:p>
        </w:tc>
      </w:tr>
      <w:tr w:rsidR="0026167D" w14:paraId="5F569591" w14:textId="77777777">
        <w:trPr>
          <w:jc w:val="center"/>
        </w:trPr>
        <w:tc>
          <w:tcPr>
            <w:tcW w:w="3571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40B89151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Intended Use in Precision Health</w:t>
            </w:r>
          </w:p>
          <w:p w14:paraId="03AB9630" w14:textId="77777777" w:rsidR="0026167D" w:rsidRDefault="004C4B1E">
            <w:pPr>
              <w:spacing w:after="0" w:line="240" w:lineRule="auto"/>
            </w:pPr>
            <w:r>
              <w:rPr>
                <w:i/>
                <w:color w:val="627C92"/>
                <w:sz w:val="17"/>
              </w:rPr>
              <w:t>Max 150 words. Explain how the product addresses key challenges in precision health and delivers value to its target users.</w:t>
            </w:r>
          </w:p>
        </w:tc>
        <w:tc>
          <w:tcPr>
            <w:tcW w:w="6292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68AD6708" w14:textId="003DB1AC" w:rsidR="0026167D" w:rsidRDefault="0026167D">
            <w:pPr>
              <w:spacing w:after="0" w:line="240" w:lineRule="auto"/>
            </w:pPr>
          </w:p>
        </w:tc>
      </w:tr>
    </w:tbl>
    <w:p w14:paraId="17B4B897" w14:textId="77777777" w:rsidR="0026167D" w:rsidRDefault="004C4B1E">
      <w:pPr>
        <w:spacing w:before="50" w:after="20"/>
      </w:pPr>
      <w:r>
        <w:rPr>
          <w:b/>
          <w:color w:val="173F5F"/>
          <w:sz w:val="23"/>
        </w:rPr>
        <w:t>3. Scientific Substantiation</w:t>
      </w:r>
    </w:p>
    <w:tbl>
      <w:tblPr>
        <w:tblW w:w="0" w:type="auto"/>
        <w:jc w:val="center"/>
        <w:tblBorders>
          <w:top w:val="single" w:sz="8" w:space="0" w:color="B9C7D5"/>
          <w:left w:val="single" w:sz="8" w:space="0" w:color="B9C7D5"/>
          <w:bottom w:val="single" w:sz="8" w:space="0" w:color="B9C7D5"/>
          <w:right w:val="single" w:sz="8" w:space="0" w:color="B9C7D5"/>
          <w:insideH w:val="single" w:sz="8" w:space="0" w:color="B9C7D5"/>
          <w:insideV w:val="single" w:sz="8" w:space="0" w:color="B9C7D5"/>
        </w:tblBorders>
        <w:tblLayout w:type="fixed"/>
        <w:tblLook w:val="04A0" w:firstRow="1" w:lastRow="0" w:firstColumn="1" w:lastColumn="0" w:noHBand="0" w:noVBand="1"/>
      </w:tblPr>
      <w:tblGrid>
        <w:gridCol w:w="3571"/>
        <w:gridCol w:w="6292"/>
      </w:tblGrid>
      <w:tr w:rsidR="0026167D" w14:paraId="12271998" w14:textId="77777777">
        <w:trPr>
          <w:jc w:val="center"/>
        </w:trPr>
        <w:tc>
          <w:tcPr>
            <w:tcW w:w="3571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0B1A3553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Key Scientific Rationale or Mechanism</w:t>
            </w:r>
          </w:p>
          <w:p w14:paraId="077C7B09" w14:textId="77777777" w:rsidR="0026167D" w:rsidRDefault="004C4B1E">
            <w:pPr>
              <w:spacing w:after="0" w:line="240" w:lineRule="auto"/>
            </w:pPr>
            <w:r>
              <w:rPr>
                <w:i/>
                <w:color w:val="627C92"/>
                <w:sz w:val="17"/>
              </w:rPr>
              <w:lastRenderedPageBreak/>
              <w:t>Describe the innovative scientific foundation or breakthrough underlying the product.</w:t>
            </w:r>
          </w:p>
        </w:tc>
        <w:tc>
          <w:tcPr>
            <w:tcW w:w="6292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4D88BF7E" w14:textId="3A1684FD" w:rsidR="0026167D" w:rsidRDefault="0026167D">
            <w:pPr>
              <w:spacing w:after="0" w:line="240" w:lineRule="auto"/>
            </w:pPr>
          </w:p>
        </w:tc>
      </w:tr>
      <w:tr w:rsidR="0026167D" w14:paraId="4D9D25A6" w14:textId="77777777">
        <w:trPr>
          <w:jc w:val="center"/>
        </w:trPr>
        <w:tc>
          <w:tcPr>
            <w:tcW w:w="3571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010DA760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Human, Preclinical, or Technical Evidence Summary</w:t>
            </w:r>
          </w:p>
          <w:p w14:paraId="03DAC879" w14:textId="77777777" w:rsidR="0026167D" w:rsidRDefault="004C4B1E">
            <w:pPr>
              <w:spacing w:after="0" w:line="240" w:lineRule="auto"/>
            </w:pPr>
            <w:r>
              <w:rPr>
                <w:i/>
                <w:color w:val="627C92"/>
                <w:sz w:val="17"/>
              </w:rPr>
              <w:t>Summarize key findings or results from the evidence submitted.</w:t>
            </w:r>
          </w:p>
        </w:tc>
        <w:tc>
          <w:tcPr>
            <w:tcW w:w="6292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7B497F14" w14:textId="0CF8BA3A" w:rsidR="0026167D" w:rsidRDefault="0026167D">
            <w:pPr>
              <w:spacing w:after="0" w:line="240" w:lineRule="auto"/>
            </w:pPr>
          </w:p>
        </w:tc>
      </w:tr>
      <w:tr w:rsidR="0026167D" w14:paraId="73CD4773" w14:textId="77777777">
        <w:trPr>
          <w:jc w:val="center"/>
        </w:trPr>
        <w:tc>
          <w:tcPr>
            <w:tcW w:w="3571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0BA23CE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Primary Outcomes / Claims Supported by Evidence</w:t>
            </w:r>
          </w:p>
          <w:p w14:paraId="1FFC48CA" w14:textId="77777777" w:rsidR="0026167D" w:rsidRDefault="004C4B1E">
            <w:pPr>
              <w:spacing w:after="0" w:line="240" w:lineRule="auto"/>
            </w:pPr>
            <w:r>
              <w:rPr>
                <w:i/>
                <w:color w:val="627C92"/>
                <w:sz w:val="17"/>
              </w:rPr>
              <w:t>State specific, quantifiable outcomes or anticipated benefits.</w:t>
            </w:r>
          </w:p>
        </w:tc>
        <w:tc>
          <w:tcPr>
            <w:tcW w:w="6292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C8134A4" w14:textId="3D0CEE28" w:rsidR="0026167D" w:rsidRDefault="0026167D">
            <w:pPr>
              <w:spacing w:after="0" w:line="240" w:lineRule="auto"/>
            </w:pPr>
          </w:p>
        </w:tc>
      </w:tr>
      <w:tr w:rsidR="0026167D" w14:paraId="69599F97" w14:textId="77777777">
        <w:trPr>
          <w:jc w:val="center"/>
        </w:trPr>
        <w:tc>
          <w:tcPr>
            <w:tcW w:w="3571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53AF8BF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Safety, Quality, or Testing Evidence</w:t>
            </w:r>
          </w:p>
        </w:tc>
        <w:tc>
          <w:tcPr>
            <w:tcW w:w="6292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62657580" w14:textId="34193904" w:rsidR="0026167D" w:rsidRDefault="0026167D">
            <w:pPr>
              <w:spacing w:after="0" w:line="240" w:lineRule="auto"/>
            </w:pPr>
          </w:p>
        </w:tc>
      </w:tr>
    </w:tbl>
    <w:p w14:paraId="2E4C59DE" w14:textId="77777777" w:rsidR="0026167D" w:rsidRDefault="004C4B1E">
      <w:pPr>
        <w:spacing w:before="50" w:after="20"/>
      </w:pPr>
      <w:r>
        <w:rPr>
          <w:b/>
          <w:color w:val="173F5F"/>
          <w:sz w:val="23"/>
        </w:rPr>
        <w:t>4. Innovation and Practical Application</w:t>
      </w:r>
    </w:p>
    <w:tbl>
      <w:tblPr>
        <w:tblW w:w="0" w:type="auto"/>
        <w:jc w:val="center"/>
        <w:tblBorders>
          <w:top w:val="single" w:sz="8" w:space="0" w:color="B9C7D5"/>
          <w:left w:val="single" w:sz="8" w:space="0" w:color="B9C7D5"/>
          <w:bottom w:val="single" w:sz="8" w:space="0" w:color="B9C7D5"/>
          <w:right w:val="single" w:sz="8" w:space="0" w:color="B9C7D5"/>
          <w:insideH w:val="single" w:sz="8" w:space="0" w:color="B9C7D5"/>
          <w:insideV w:val="single" w:sz="8" w:space="0" w:color="B9C7D5"/>
        </w:tblBorders>
        <w:tblLayout w:type="fixed"/>
        <w:tblLook w:val="04A0" w:firstRow="1" w:lastRow="0" w:firstColumn="1" w:lastColumn="0" w:noHBand="0" w:noVBand="1"/>
      </w:tblPr>
      <w:tblGrid>
        <w:gridCol w:w="3628"/>
        <w:gridCol w:w="6236"/>
      </w:tblGrid>
      <w:tr w:rsidR="0026167D" w14:paraId="14E19DC3" w14:textId="77777777">
        <w:trPr>
          <w:jc w:val="center"/>
        </w:trPr>
        <w:tc>
          <w:tcPr>
            <w:tcW w:w="362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422076B6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What Is Truly Novel and Unique About This Product?</w:t>
            </w:r>
          </w:p>
          <w:p w14:paraId="7276EE85" w14:textId="77777777" w:rsidR="0026167D" w:rsidRDefault="004C4B1E">
            <w:pPr>
              <w:spacing w:after="0" w:line="240" w:lineRule="auto"/>
            </w:pPr>
            <w:r>
              <w:rPr>
                <w:i/>
                <w:color w:val="627C92"/>
                <w:sz w:val="17"/>
              </w:rPr>
              <w:t>Max 250 words. Describe what makes this product innovative and how it differentiates from existing solutions in the market.</w:t>
            </w:r>
          </w:p>
        </w:tc>
        <w:tc>
          <w:tcPr>
            <w:tcW w:w="623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57A94C51" w14:textId="5AF6E489" w:rsidR="0026167D" w:rsidRDefault="0026167D">
            <w:pPr>
              <w:spacing w:after="0" w:line="240" w:lineRule="auto"/>
            </w:pPr>
          </w:p>
        </w:tc>
      </w:tr>
      <w:tr w:rsidR="0026167D" w14:paraId="295F455B" w14:textId="77777777">
        <w:trPr>
          <w:jc w:val="center"/>
        </w:trPr>
        <w:tc>
          <w:tcPr>
            <w:tcW w:w="362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E6E0F9E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How the Innovation Is Applied in Practice</w:t>
            </w:r>
          </w:p>
          <w:p w14:paraId="4F59E8B4" w14:textId="77777777" w:rsidR="0026167D" w:rsidRDefault="004C4B1E">
            <w:pPr>
              <w:spacing w:after="0" w:line="240" w:lineRule="auto"/>
            </w:pPr>
            <w:r>
              <w:rPr>
                <w:i/>
                <w:color w:val="627C92"/>
                <w:sz w:val="17"/>
              </w:rPr>
              <w:t>Max 200 words. Explain how the innovation is implemented, the expected user experience, and its potential for scalability or future development.</w:t>
            </w:r>
          </w:p>
        </w:tc>
        <w:tc>
          <w:tcPr>
            <w:tcW w:w="623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47412618" w14:textId="4CAA3DED" w:rsidR="0026167D" w:rsidRDefault="0026167D">
            <w:pPr>
              <w:spacing w:after="0" w:line="240" w:lineRule="auto"/>
            </w:pPr>
          </w:p>
        </w:tc>
      </w:tr>
      <w:tr w:rsidR="0026167D" w14:paraId="23A76410" w14:textId="77777777">
        <w:trPr>
          <w:jc w:val="center"/>
        </w:trPr>
        <w:tc>
          <w:tcPr>
            <w:tcW w:w="362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46F47758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Competitive or Differentiating Features</w:t>
            </w:r>
          </w:p>
          <w:p w14:paraId="2B934928" w14:textId="77777777" w:rsidR="0026167D" w:rsidRDefault="004C4B1E">
            <w:pPr>
              <w:spacing w:after="0" w:line="240" w:lineRule="auto"/>
            </w:pPr>
            <w:r>
              <w:rPr>
                <w:i/>
                <w:color w:val="627C92"/>
                <w:sz w:val="17"/>
              </w:rPr>
              <w:t>Max 150 words. Clearly articulate the core competitive advantages of your product and how these translate into market success or user adoption.</w:t>
            </w:r>
          </w:p>
        </w:tc>
        <w:tc>
          <w:tcPr>
            <w:tcW w:w="623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4C6A435F" w14:textId="33A637BC" w:rsidR="0026167D" w:rsidRDefault="0026167D">
            <w:pPr>
              <w:spacing w:after="0" w:line="240" w:lineRule="auto"/>
            </w:pPr>
          </w:p>
        </w:tc>
      </w:tr>
      <w:tr w:rsidR="0026167D" w14:paraId="2B5B796C" w14:textId="77777777">
        <w:trPr>
          <w:jc w:val="center"/>
        </w:trPr>
        <w:tc>
          <w:tcPr>
            <w:tcW w:w="362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67B67767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Impact and Societal Benefit</w:t>
            </w:r>
          </w:p>
          <w:p w14:paraId="5E0F9018" w14:textId="77777777" w:rsidR="0026167D" w:rsidRDefault="004C4B1E">
            <w:pPr>
              <w:spacing w:after="0" w:line="240" w:lineRule="auto"/>
            </w:pPr>
            <w:r>
              <w:rPr>
                <w:i/>
                <w:color w:val="627C92"/>
                <w:sz w:val="17"/>
              </w:rPr>
              <w:t>Max 200 words. Describe the broader impact, societal benefits, or improvements for specific populations within the precision health domain.</w:t>
            </w:r>
          </w:p>
        </w:tc>
        <w:tc>
          <w:tcPr>
            <w:tcW w:w="623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1617D538" w14:textId="0AB4F3BA" w:rsidR="0026167D" w:rsidRDefault="0026167D">
            <w:pPr>
              <w:spacing w:after="0" w:line="240" w:lineRule="auto"/>
            </w:pPr>
          </w:p>
        </w:tc>
      </w:tr>
      <w:tr w:rsidR="0026167D" w14:paraId="3BE80AF7" w14:textId="77777777">
        <w:trPr>
          <w:jc w:val="center"/>
        </w:trPr>
        <w:tc>
          <w:tcPr>
            <w:tcW w:w="362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6F4DE0EC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Validation and Milestones</w:t>
            </w:r>
          </w:p>
          <w:p w14:paraId="19BAC2E2" w14:textId="77777777" w:rsidR="0026167D" w:rsidRDefault="004C4B1E">
            <w:pPr>
              <w:spacing w:after="0" w:line="240" w:lineRule="auto"/>
            </w:pPr>
            <w:r>
              <w:rPr>
                <w:i/>
                <w:color w:val="627C92"/>
                <w:sz w:val="17"/>
              </w:rPr>
              <w:t>Max 150 words. Provide key milestones in product development or market validation, such as pilot results, user feedback, or other evidence of initial validation.</w:t>
            </w:r>
          </w:p>
        </w:tc>
        <w:tc>
          <w:tcPr>
            <w:tcW w:w="623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CD32966" w14:textId="18A2ABD1" w:rsidR="0026167D" w:rsidRDefault="0026167D">
            <w:pPr>
              <w:spacing w:after="0" w:line="240" w:lineRule="auto"/>
            </w:pPr>
          </w:p>
        </w:tc>
      </w:tr>
    </w:tbl>
    <w:p w14:paraId="4FF9888F" w14:textId="77777777" w:rsidR="0026167D" w:rsidRDefault="004C4B1E">
      <w:pPr>
        <w:spacing w:before="50" w:after="20"/>
      </w:pPr>
      <w:r>
        <w:rPr>
          <w:b/>
          <w:color w:val="173F5F"/>
          <w:sz w:val="23"/>
        </w:rPr>
        <w:t>5. Supporting Documents Submitted (Please check all that apply)</w:t>
      </w:r>
    </w:p>
    <w:tbl>
      <w:tblPr>
        <w:tblW w:w="0" w:type="auto"/>
        <w:jc w:val="center"/>
        <w:tblBorders>
          <w:top w:val="single" w:sz="8" w:space="0" w:color="B9C7D5"/>
          <w:left w:val="single" w:sz="8" w:space="0" w:color="B9C7D5"/>
          <w:bottom w:val="single" w:sz="8" w:space="0" w:color="B9C7D5"/>
          <w:right w:val="single" w:sz="8" w:space="0" w:color="B9C7D5"/>
          <w:insideH w:val="single" w:sz="8" w:space="0" w:color="B9C7D5"/>
          <w:insideV w:val="single" w:sz="8" w:space="0" w:color="B9C7D5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9184"/>
      </w:tblGrid>
      <w:tr w:rsidR="0026167D" w14:paraId="5AD261C8" w14:textId="77777777">
        <w:trPr>
          <w:jc w:val="center"/>
        </w:trPr>
        <w:tc>
          <w:tcPr>
            <w:tcW w:w="680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32F8C631" w14:textId="77777777" w:rsidR="0026167D" w:rsidRDefault="004C4B1E">
            <w:pPr>
              <w:jc w:val="center"/>
            </w:pPr>
            <w:r>
              <w:rPr>
                <w:b/>
                <w:sz w:val="22"/>
              </w:rPr>
              <w:t>☐</w:t>
            </w:r>
          </w:p>
        </w:tc>
        <w:tc>
          <w:tcPr>
            <w:tcW w:w="9184" w:type="dxa"/>
            <w:shd w:val="clear" w:color="auto" w:fill="FAFCFD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0CD82364" w14:textId="77777777" w:rsidR="0026167D" w:rsidRDefault="004C4B1E">
            <w:r>
              <w:rPr>
                <w:sz w:val="20"/>
              </w:rPr>
              <w:t>Scientific paper(s), study summary, or technical dossier</w:t>
            </w:r>
          </w:p>
        </w:tc>
      </w:tr>
      <w:tr w:rsidR="0026167D" w14:paraId="036B300B" w14:textId="77777777">
        <w:trPr>
          <w:jc w:val="center"/>
        </w:trPr>
        <w:tc>
          <w:tcPr>
            <w:tcW w:w="680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53FE272C" w14:textId="77777777" w:rsidR="0026167D" w:rsidRDefault="004C4B1E">
            <w:pPr>
              <w:jc w:val="center"/>
            </w:pPr>
            <w:r>
              <w:rPr>
                <w:b/>
                <w:sz w:val="22"/>
              </w:rPr>
              <w:t>☐</w:t>
            </w:r>
          </w:p>
        </w:tc>
        <w:tc>
          <w:tcPr>
            <w:tcW w:w="9184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5831A3F1" w14:textId="77777777" w:rsidR="0026167D" w:rsidRDefault="004C4B1E">
            <w:r>
              <w:rPr>
                <w:sz w:val="20"/>
              </w:rPr>
              <w:t>Testing / inspection report(s) or certificate(s)</w:t>
            </w:r>
          </w:p>
        </w:tc>
      </w:tr>
      <w:tr w:rsidR="0026167D" w14:paraId="587E2803" w14:textId="77777777">
        <w:trPr>
          <w:jc w:val="center"/>
        </w:trPr>
        <w:tc>
          <w:tcPr>
            <w:tcW w:w="680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421EC128" w14:textId="77777777" w:rsidR="0026167D" w:rsidRDefault="004C4B1E">
            <w:pPr>
              <w:jc w:val="center"/>
            </w:pPr>
            <w:r>
              <w:rPr>
                <w:b/>
                <w:sz w:val="22"/>
              </w:rPr>
              <w:lastRenderedPageBreak/>
              <w:t>☐</w:t>
            </w:r>
          </w:p>
        </w:tc>
        <w:tc>
          <w:tcPr>
            <w:tcW w:w="9184" w:type="dxa"/>
            <w:shd w:val="clear" w:color="auto" w:fill="FAFCFD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30E4E6FC" w14:textId="77777777" w:rsidR="0026167D" w:rsidRDefault="004C4B1E">
            <w:r>
              <w:rPr>
                <w:sz w:val="20"/>
              </w:rPr>
              <w:t>Innovation summary, R&amp;D brief, or product development note</w:t>
            </w:r>
          </w:p>
        </w:tc>
      </w:tr>
      <w:tr w:rsidR="0026167D" w14:paraId="74B85368" w14:textId="77777777">
        <w:trPr>
          <w:jc w:val="center"/>
        </w:trPr>
        <w:tc>
          <w:tcPr>
            <w:tcW w:w="680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7AD1EC74" w14:textId="77777777" w:rsidR="0026167D" w:rsidRDefault="004C4B1E">
            <w:pPr>
              <w:jc w:val="center"/>
            </w:pPr>
            <w:r>
              <w:rPr>
                <w:b/>
                <w:sz w:val="22"/>
              </w:rPr>
              <w:t>☐</w:t>
            </w:r>
          </w:p>
        </w:tc>
        <w:tc>
          <w:tcPr>
            <w:tcW w:w="9184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62691786" w14:textId="77777777" w:rsidR="0026167D" w:rsidRDefault="004C4B1E">
            <w:r>
              <w:rPr>
                <w:sz w:val="20"/>
              </w:rPr>
              <w:t>Product image(s), label(s), packaging, or other supporting materials</w:t>
            </w:r>
          </w:p>
        </w:tc>
      </w:tr>
      <w:tr w:rsidR="0026167D" w14:paraId="1F34ADB5" w14:textId="77777777">
        <w:trPr>
          <w:jc w:val="center"/>
        </w:trPr>
        <w:tc>
          <w:tcPr>
            <w:tcW w:w="680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5E64B3EA" w14:textId="77777777" w:rsidR="0026167D" w:rsidRDefault="004C4B1E">
            <w:pPr>
              <w:jc w:val="center"/>
            </w:pPr>
            <w:r>
              <w:rPr>
                <w:b/>
                <w:sz w:val="22"/>
              </w:rPr>
              <w:t>☐</w:t>
            </w:r>
          </w:p>
        </w:tc>
        <w:tc>
          <w:tcPr>
            <w:tcW w:w="9184" w:type="dxa"/>
            <w:shd w:val="clear" w:color="auto" w:fill="FAFCFD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58571104" w14:textId="77777777" w:rsidR="0026167D" w:rsidRDefault="004C4B1E">
            <w:r>
              <w:rPr>
                <w:sz w:val="20"/>
              </w:rPr>
              <w:t>Market validation report(s) or user case studies</w:t>
            </w:r>
          </w:p>
        </w:tc>
      </w:tr>
    </w:tbl>
    <w:p w14:paraId="42F8B7C5" w14:textId="77777777" w:rsidR="0026167D" w:rsidRDefault="004C4B1E">
      <w:pPr>
        <w:spacing w:before="50" w:after="20"/>
      </w:pPr>
      <w:r>
        <w:rPr>
          <w:b/>
          <w:color w:val="173F5F"/>
          <w:sz w:val="23"/>
        </w:rPr>
        <w:t>6. Declaration and Signature</w:t>
      </w:r>
    </w:p>
    <w:p w14:paraId="5AAED130" w14:textId="77777777" w:rsidR="0026167D" w:rsidRDefault="004C4B1E">
      <w:pPr>
        <w:spacing w:after="80"/>
      </w:pPr>
      <w:r>
        <w:rPr>
          <w:sz w:val="20"/>
        </w:rPr>
        <w:t>The applicant confirms that all submitted information is true, accurate, and complete, and agrees to cooperate with the ISPH review process.</w:t>
      </w:r>
    </w:p>
    <w:tbl>
      <w:tblPr>
        <w:tblW w:w="0" w:type="auto"/>
        <w:jc w:val="center"/>
        <w:tblBorders>
          <w:top w:val="single" w:sz="8" w:space="0" w:color="B9C7D5"/>
          <w:left w:val="single" w:sz="8" w:space="0" w:color="B9C7D5"/>
          <w:bottom w:val="single" w:sz="8" w:space="0" w:color="B9C7D5"/>
          <w:right w:val="single" w:sz="8" w:space="0" w:color="B9C7D5"/>
          <w:insideH w:val="single" w:sz="8" w:space="0" w:color="B9C7D5"/>
          <w:insideV w:val="single" w:sz="8" w:space="0" w:color="B9C7D5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6576"/>
      </w:tblGrid>
      <w:tr w:rsidR="0026167D" w14:paraId="044636D8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7F9C095B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Authorized Representative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01FEFFB" w14:textId="369F4EE6" w:rsidR="0026167D" w:rsidRDefault="0026167D">
            <w:pPr>
              <w:spacing w:after="0" w:line="240" w:lineRule="auto"/>
            </w:pPr>
          </w:p>
        </w:tc>
      </w:tr>
      <w:tr w:rsidR="0026167D" w14:paraId="540329CF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14B2BAF6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Signature / Company Seal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27BB3594" w14:textId="24ED1730" w:rsidR="0026167D" w:rsidRDefault="0026167D">
            <w:pPr>
              <w:spacing w:after="0" w:line="240" w:lineRule="auto"/>
            </w:pPr>
          </w:p>
        </w:tc>
      </w:tr>
      <w:tr w:rsidR="0026167D" w14:paraId="5B32FB4A" w14:textId="77777777">
        <w:trPr>
          <w:jc w:val="center"/>
        </w:trPr>
        <w:tc>
          <w:tcPr>
            <w:tcW w:w="3288" w:type="dxa"/>
            <w:shd w:val="clear" w:color="auto" w:fill="EAF1F7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1867C923" w14:textId="77777777" w:rsidR="0026167D" w:rsidRDefault="004C4B1E">
            <w:pPr>
              <w:spacing w:after="40" w:line="259" w:lineRule="auto"/>
            </w:pPr>
            <w:r>
              <w:rPr>
                <w:b/>
                <w:color w:val="173F5F"/>
                <w:sz w:val="20"/>
              </w:rPr>
              <w:t>Date</w:t>
            </w:r>
          </w:p>
        </w:tc>
        <w:tc>
          <w:tcPr>
            <w:tcW w:w="6576" w:type="dxa"/>
            <w:tcMar>
              <w:top w:w="50" w:type="dxa"/>
              <w:left w:w="140" w:type="dxa"/>
              <w:bottom w:w="50" w:type="dxa"/>
              <w:right w:w="140" w:type="dxa"/>
            </w:tcMar>
            <w:vAlign w:val="center"/>
          </w:tcPr>
          <w:p w14:paraId="609BFC82" w14:textId="6C877DAC" w:rsidR="0026167D" w:rsidRPr="005B0243" w:rsidRDefault="0026167D">
            <w:pPr>
              <w:spacing w:after="0" w:line="240" w:lineRule="auto"/>
              <w:rPr>
                <w:rFonts w:eastAsia="新細明體" w:hint="eastAsia"/>
                <w:lang w:eastAsia="zh-TW"/>
              </w:rPr>
            </w:pPr>
          </w:p>
        </w:tc>
      </w:tr>
    </w:tbl>
    <w:p w14:paraId="4DDF2D95" w14:textId="77777777" w:rsidR="0026167D" w:rsidRDefault="0026167D">
      <w:pPr>
        <w:spacing w:after="0" w:line="120" w:lineRule="exact"/>
        <w:rPr>
          <w:sz w:val="8"/>
        </w:rPr>
      </w:pPr>
    </w:p>
    <w:tbl>
      <w:tblPr>
        <w:tblW w:w="0" w:type="auto"/>
        <w:jc w:val="center"/>
        <w:tblBorders>
          <w:top w:val="single" w:sz="8" w:space="0" w:color="A9BACB"/>
          <w:left w:val="single" w:sz="8" w:space="0" w:color="A9BACB"/>
          <w:bottom w:val="single" w:sz="8" w:space="0" w:color="A9BACB"/>
          <w:right w:val="single" w:sz="8" w:space="0" w:color="A9BACB"/>
          <w:insideH w:val="single" w:sz="8" w:space="0" w:color="A9BACB"/>
          <w:insideV w:val="single" w:sz="8" w:space="0" w:color="A9BACB"/>
        </w:tblBorders>
        <w:tblLook w:val="04A0" w:firstRow="1" w:lastRow="0" w:firstColumn="1" w:lastColumn="0" w:noHBand="0" w:noVBand="1"/>
      </w:tblPr>
      <w:tblGrid>
        <w:gridCol w:w="10492"/>
      </w:tblGrid>
      <w:tr w:rsidR="0026167D" w14:paraId="5FF257B9" w14:textId="77777777">
        <w:trPr>
          <w:jc w:val="center"/>
        </w:trPr>
        <w:tc>
          <w:tcPr>
            <w:tcW w:w="10512" w:type="dxa"/>
            <w:shd w:val="clear" w:color="auto" w:fill="F5F8FB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05E495F5" w14:textId="77777777" w:rsidR="0026167D" w:rsidRDefault="004C4B1E">
            <w:pPr>
              <w:jc w:val="center"/>
            </w:pPr>
            <w:r>
              <w:rPr>
                <w:b/>
                <w:color w:val="173F5F"/>
              </w:rPr>
              <w:t>For ISPH Office Use Only</w:t>
            </w:r>
          </w:p>
          <w:p w14:paraId="2D598FE7" w14:textId="77777777" w:rsidR="0026167D" w:rsidRDefault="004C4B1E">
            <w:pPr>
              <w:spacing w:after="0"/>
              <w:jc w:val="center"/>
            </w:pPr>
            <w:r>
              <w:rPr>
                <w:sz w:val="20"/>
              </w:rPr>
              <w:t>Application No.: ____________________    |    Review Result: ☐ Awarded    ☐ Not Awarded</w:t>
            </w:r>
          </w:p>
        </w:tc>
      </w:tr>
    </w:tbl>
    <w:p w14:paraId="6F1C46FF" w14:textId="77777777" w:rsidR="004C4B1E" w:rsidRDefault="004C4B1E">
      <w:pPr>
        <w:spacing w:after="0" w:line="20" w:lineRule="exact"/>
        <w:rPr>
          <w:sz w:val="2"/>
        </w:rPr>
      </w:pPr>
    </w:p>
    <w:sectPr w:rsidR="004C4B1E" w:rsidSect="00034616">
      <w:pgSz w:w="12240" w:h="15840"/>
      <w:pgMar w:top="648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309D3" w14:textId="77777777" w:rsidR="005B0243" w:rsidRDefault="005B0243" w:rsidP="005B0243">
      <w:pPr>
        <w:spacing w:after="0" w:line="240" w:lineRule="auto"/>
      </w:pPr>
      <w:r>
        <w:separator/>
      </w:r>
    </w:p>
  </w:endnote>
  <w:endnote w:type="continuationSeparator" w:id="0">
    <w:p w14:paraId="062EC08A" w14:textId="77777777" w:rsidR="005B0243" w:rsidRDefault="005B0243" w:rsidP="005B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8D492" w14:textId="77777777" w:rsidR="005B0243" w:rsidRDefault="005B0243" w:rsidP="005B0243">
      <w:pPr>
        <w:spacing w:after="0" w:line="240" w:lineRule="auto"/>
      </w:pPr>
      <w:r>
        <w:separator/>
      </w:r>
    </w:p>
  </w:footnote>
  <w:footnote w:type="continuationSeparator" w:id="0">
    <w:p w14:paraId="019F6270" w14:textId="77777777" w:rsidR="005B0243" w:rsidRDefault="005B0243" w:rsidP="005B0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0769766">
    <w:abstractNumId w:val="8"/>
  </w:num>
  <w:num w:numId="2" w16cid:durableId="1095636930">
    <w:abstractNumId w:val="6"/>
  </w:num>
  <w:num w:numId="3" w16cid:durableId="1818300353">
    <w:abstractNumId w:val="5"/>
  </w:num>
  <w:num w:numId="4" w16cid:durableId="1005790643">
    <w:abstractNumId w:val="4"/>
  </w:num>
  <w:num w:numId="5" w16cid:durableId="1215385102">
    <w:abstractNumId w:val="7"/>
  </w:num>
  <w:num w:numId="6" w16cid:durableId="713967834">
    <w:abstractNumId w:val="3"/>
  </w:num>
  <w:num w:numId="7" w16cid:durableId="971904971">
    <w:abstractNumId w:val="2"/>
  </w:num>
  <w:num w:numId="8" w16cid:durableId="1524785026">
    <w:abstractNumId w:val="1"/>
  </w:num>
  <w:num w:numId="9" w16cid:durableId="1143347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990"/>
    <w:rsid w:val="0015074B"/>
    <w:rsid w:val="0026167D"/>
    <w:rsid w:val="0029639D"/>
    <w:rsid w:val="00326F90"/>
    <w:rsid w:val="004C4B1E"/>
    <w:rsid w:val="005B0243"/>
    <w:rsid w:val="00892A37"/>
    <w:rsid w:val="008F006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DB4A43"/>
  <w14:defaultImageDpi w14:val="300"/>
  <w15:docId w15:val="{FE420641-E356-410A-BBAC-52ACF7B1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240</Words>
  <Characters>2799</Characters>
  <Application>Microsoft Office Word</Application>
  <DocSecurity>0</DocSecurity>
  <Lines>82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沈祐成</cp:lastModifiedBy>
  <cp:revision>3</cp:revision>
  <dcterms:created xsi:type="dcterms:W3CDTF">2026-04-13T14:38:00Z</dcterms:created>
  <dcterms:modified xsi:type="dcterms:W3CDTF">2026-04-15T07:52:00Z</dcterms:modified>
  <cp:category/>
</cp:coreProperties>
</file>